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27B6F" w14:textId="4779B736" w:rsidR="004F1525" w:rsidRDefault="00984E6A">
      <w:pPr>
        <w:spacing w:after="120"/>
        <w:rPr>
          <w:rFonts w:ascii="ＭＳ 明朝" w:eastAsia="ＭＳ 明朝" w:hAnsi="ＭＳ 明朝"/>
          <w:lang w:eastAsia="ja-JP"/>
        </w:rPr>
      </w:pPr>
      <w:r>
        <w:t>別記様式第</w:t>
      </w:r>
      <w:r>
        <w:t>1</w:t>
      </w:r>
      <w:r>
        <w:t>号</w:t>
      </w:r>
      <w:r w:rsidRPr="00106CD3">
        <w:rPr>
          <w:rFonts w:hAnsi="ＭＳ 明朝" w:hint="eastAsia"/>
          <w:lang w:eastAsia="ja-JP"/>
        </w:rPr>
        <w:t>（第</w:t>
      </w:r>
      <w:r>
        <w:rPr>
          <w:rFonts w:hAnsi="ＭＳ 明朝" w:hint="eastAsia"/>
          <w:lang w:eastAsia="ja-JP"/>
        </w:rPr>
        <w:t>５</w:t>
      </w:r>
      <w:r w:rsidRPr="00106CD3">
        <w:rPr>
          <w:rFonts w:hAnsi="ＭＳ 明朝" w:hint="eastAsia"/>
          <w:lang w:eastAsia="ja-JP"/>
        </w:rPr>
        <w:t>条関係）</w:t>
      </w:r>
    </w:p>
    <w:p w14:paraId="56804E7B" w14:textId="19973B77" w:rsidR="004F1525" w:rsidRDefault="00000000">
      <w:pPr>
        <w:spacing w:after="240" w:line="312" w:lineRule="auto"/>
        <w:jc w:val="center"/>
        <w:rPr>
          <w:rFonts w:ascii="ＭＳ 明朝" w:eastAsia="ＭＳ 明朝" w:hAnsi="ＭＳ 明朝"/>
          <w:lang w:eastAsia="ja-JP"/>
        </w:rPr>
      </w:pPr>
      <w:r w:rsidRPr="00604510">
        <w:rPr>
          <w:rFonts w:hAnsi="ＭＳ 明朝" w:hint="eastAsia"/>
          <w:sz w:val="24"/>
          <w:szCs w:val="24"/>
          <w:lang w:eastAsia="ja-JP"/>
        </w:rPr>
        <w:t>旅行命令</w:t>
      </w:r>
      <w:r w:rsidR="00DA34ED">
        <w:rPr>
          <w:rFonts w:hAnsi="ＭＳ 明朝" w:hint="eastAsia"/>
          <w:sz w:val="24"/>
          <w:szCs w:val="24"/>
          <w:lang w:eastAsia="ja-JP"/>
        </w:rPr>
        <w:t>（依頼）</w:t>
      </w:r>
      <w:r w:rsidRPr="00604510">
        <w:rPr>
          <w:rFonts w:hAnsi="ＭＳ 明朝" w:hint="eastAsia"/>
          <w:sz w:val="24"/>
          <w:szCs w:val="24"/>
          <w:lang w:eastAsia="ja-JP"/>
        </w:rPr>
        <w:t>・旅費請求</w:t>
      </w:r>
      <w:r w:rsidRPr="00106CD3">
        <w:rPr>
          <w:rFonts w:hAnsi="ＭＳ 明朝" w:hint="eastAsia"/>
          <w:lang w:eastAsia="ja-JP"/>
        </w:rPr>
        <w:t>書</w:t>
      </w:r>
    </w:p>
    <w:p w14:paraId="43DA0007" w14:textId="77777777" w:rsidR="003D4F33" w:rsidRDefault="003D4F33">
      <w:pPr>
        <w:spacing w:after="120"/>
        <w:rPr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</w:t>
      </w:r>
    </w:p>
    <w:p w14:paraId="2C401DD9" w14:textId="77777777" w:rsidR="004F1525" w:rsidRDefault="00000000">
      <w:pPr>
        <w:spacing w:after="160" w:line="300" w:lineRule="auto"/>
        <w:rPr>
          <w:rFonts w:ascii="ＭＳ 明朝" w:eastAsia="ＭＳ 明朝" w:hAnsi="ＭＳ 明朝"/>
          <w:lang w:eastAsia="ja-JP"/>
        </w:rPr>
      </w:pPr>
      <w:r w:rsidRPr="00460806">
        <w:rPr>
          <w:rFonts w:ascii="ＭＳ 明朝" w:eastAsia="ＭＳ 明朝" w:hAnsi="ＭＳ 明朝"/>
          <w:sz w:val="20"/>
          <w:szCs w:val="20"/>
          <w:lang w:eastAsia="ja-JP"/>
        </w:rPr>
        <w:t>本様式は、出張前の旅行命令・旅費請求および出張後の報告手続に使用するものとし、該当欄には事実に基づき簡潔かつ明確に記入してください。</w:t>
      </w:r>
    </w:p>
    <w:tbl>
      <w:tblPr>
        <w:tblW w:w="50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6467"/>
      </w:tblGrid>
      <w:tr w:rsidR="009A5E5F" w14:paraId="4DD79601" w14:textId="77777777" w:rsidTr="009A5E5F">
        <w:trPr>
          <w:trHeight w:val="440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2334F1B" w14:textId="77777777" w:rsidR="009A5E5F" w:rsidRDefault="009A5E5F" w:rsidP="00732262">
            <w:pPr>
              <w:spacing w:after="0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申請日</w:t>
            </w:r>
          </w:p>
        </w:tc>
        <w:tc>
          <w:tcPr>
            <w:tcW w:w="3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56E91AF" w14:textId="0059D4B6" w:rsidR="009A5E5F" w:rsidRDefault="009A5E5F" w:rsidP="00732262">
            <w:pPr>
              <w:spacing w:after="0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lang w:eastAsia="ja-JP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</w:tr>
      <w:tr w:rsidR="009A5E5F" w14:paraId="1DB1919F" w14:textId="77777777" w:rsidTr="009A5E5F">
        <w:trPr>
          <w:trHeight w:val="440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C630DD" w14:textId="2A724817" w:rsidR="009A5E5F" w:rsidRDefault="009A5E5F" w:rsidP="00732262">
            <w:pPr>
              <w:spacing w:after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氏名</w:t>
            </w:r>
          </w:p>
        </w:tc>
        <w:tc>
          <w:tcPr>
            <w:tcW w:w="3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FD6FAA" w14:textId="5400E0CF" w:rsidR="009A5E5F" w:rsidRDefault="009A5E5F" w:rsidP="00732262">
            <w:pPr>
              <w:spacing w:after="0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</w:p>
        </w:tc>
      </w:tr>
      <w:tr w:rsidR="002F0F67" w14:paraId="616C1B2C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686E064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F5B0217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2F0F67" w14:paraId="1F148D3F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B5B59B4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用務名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A8D0563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2F0F67" w14:paraId="6B7AB15B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27B5B09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出張先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1606E78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2F0F67" w14:paraId="44FC924A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F2E000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出張期間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C88539D" w14:textId="680D726C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自　　　年　月　日　～　至　　　年　月　日</w:t>
            </w:r>
            <w:r w:rsidR="00604510">
              <w:rPr>
                <w:rFonts w:ascii="ＭＳ 明朝" w:eastAsia="ＭＳ 明朝" w:hAnsi="ＭＳ 明朝" w:hint="eastAsia"/>
                <w:lang w:eastAsia="ja-JP"/>
              </w:rPr>
              <w:t xml:space="preserve">　（　　日間）</w:t>
            </w:r>
          </w:p>
        </w:tc>
      </w:tr>
      <w:tr w:rsidR="002F0F67" w14:paraId="41526F29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884FC13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資金区分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1292E8C" w14:textId="77777777" w:rsidR="00621564" w:rsidRDefault="002F0F67">
            <w:pPr>
              <w:spacing w:after="0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 xml:space="preserve">□ 運営資金　□ 科研費　□ 受託研究費　</w:t>
            </w:r>
          </w:p>
          <w:p w14:paraId="1A3848C0" w14:textId="1D417CFB" w:rsidR="002F0F67" w:rsidRDefault="002F0F67">
            <w:pPr>
              <w:spacing w:after="0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□ その他</w:t>
            </w:r>
            <w:r w:rsidR="00621564">
              <w:rPr>
                <w:rFonts w:ascii="ＭＳ 明朝" w:eastAsia="ＭＳ 明朝" w:hAnsi="ＭＳ 明朝" w:hint="eastAsia"/>
                <w:lang w:eastAsia="ja-JP"/>
              </w:rPr>
              <w:t xml:space="preserve">（　　　　　　　　　　　　　　　　　　　　　）　</w:t>
            </w:r>
          </w:p>
          <w:p w14:paraId="10C71A8E" w14:textId="77777777" w:rsidR="00621564" w:rsidRDefault="00621564">
            <w:pPr>
              <w:spacing w:after="0"/>
              <w:rPr>
                <w:rFonts w:eastAsia="ＭＳ 明朝"/>
                <w:lang w:eastAsia="ja-JP"/>
              </w:rPr>
            </w:pPr>
          </w:p>
        </w:tc>
      </w:tr>
      <w:tr w:rsidR="002F0F67" w14:paraId="0286A298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27F4CDE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研究課題名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8B49360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2F0F67" w14:paraId="6511CA21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2185719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利用交通機関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AD1FE32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2F0F67" w14:paraId="737BA82E" w14:textId="77777777" w:rsidTr="009A5E5F">
        <w:trPr>
          <w:trHeight w:val="44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68443DA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概算旅費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2C09AA" w14:textId="77777777" w:rsidR="002F0F67" w:rsidRDefault="002F0F67" w:rsidP="00604510">
            <w:pPr>
              <w:spacing w:after="0"/>
              <w:ind w:firstLineChars="700" w:firstLine="154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2F0F67" w14:paraId="46EAE8C4" w14:textId="77777777" w:rsidTr="009A5E5F">
        <w:trPr>
          <w:trHeight w:val="680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9EFDC5A" w14:textId="77777777" w:rsidR="002F0F67" w:rsidRDefault="002F0F67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1E55B43" w14:textId="475B0E24" w:rsidR="002F0F67" w:rsidRPr="00DA34ED" w:rsidRDefault="00D566A2" w:rsidP="00DA34ED">
            <w:pPr>
              <w:pStyle w:val="ae"/>
              <w:numPr>
                <w:ilvl w:val="0"/>
                <w:numId w:val="11"/>
              </w:numPr>
              <w:spacing w:after="0"/>
              <w:rPr>
                <w:rFonts w:eastAsia="ＭＳ 明朝"/>
                <w:lang w:eastAsia="ja-JP"/>
              </w:rPr>
            </w:pPr>
            <w:r w:rsidRPr="00733638">
              <w:rPr>
                <w:lang w:eastAsia="ja-JP"/>
              </w:rPr>
              <w:t>旅程の詳細は別紙による。</w:t>
            </w:r>
          </w:p>
        </w:tc>
      </w:tr>
    </w:tbl>
    <w:p w14:paraId="529F9376" w14:textId="3272AD63" w:rsidR="004F1525" w:rsidRDefault="00000000">
      <w:pPr>
        <w:spacing w:before="160" w:after="60" w:line="288" w:lineRule="auto"/>
        <w:rPr>
          <w:rFonts w:ascii="ＭＳ 明朝" w:eastAsia="ＭＳ 明朝" w:hAnsi="ＭＳ 明朝"/>
          <w:lang w:eastAsia="ja-JP"/>
        </w:rPr>
      </w:pPr>
      <w:r w:rsidRPr="00FD3177">
        <w:rPr>
          <w:rFonts w:ascii="ＭＳ 明朝" w:eastAsia="ＭＳ 明朝" w:hAnsi="ＭＳ 明朝"/>
          <w:sz w:val="20"/>
          <w:szCs w:val="20"/>
          <w:lang w:eastAsia="ja-JP"/>
        </w:rPr>
        <w:t>記入上の注意：</w:t>
      </w:r>
      <w:r w:rsidR="00604510">
        <w:rPr>
          <w:rFonts w:ascii="ＭＳ 明朝" w:eastAsia="ＭＳ 明朝" w:hAnsi="ＭＳ 明朝" w:hint="eastAsia"/>
          <w:sz w:val="20"/>
          <w:szCs w:val="20"/>
          <w:lang w:eastAsia="ja-JP"/>
        </w:rPr>
        <w:t>日付</w:t>
      </w:r>
      <w:r w:rsidRPr="00FD3177">
        <w:rPr>
          <w:rFonts w:ascii="ＭＳ 明朝" w:eastAsia="ＭＳ 明朝" w:hAnsi="ＭＳ 明朝"/>
          <w:sz w:val="20"/>
          <w:szCs w:val="20"/>
          <w:lang w:eastAsia="ja-JP"/>
        </w:rPr>
        <w:t>は西暦又は和暦で統一し、概算旅費は交通費・宿泊費等を含む見込額を円単位で記入してください。</w:t>
      </w:r>
    </w:p>
    <w:p w14:paraId="07B6077C" w14:textId="50F6177C" w:rsidR="004F1525" w:rsidRDefault="00000000">
      <w:pPr>
        <w:spacing w:line="288" w:lineRule="auto"/>
        <w:rPr>
          <w:rFonts w:ascii="ＭＳ 明朝" w:eastAsia="ＭＳ 明朝" w:hAnsi="ＭＳ 明朝"/>
          <w:lang w:eastAsia="ja-JP"/>
        </w:rPr>
      </w:pPr>
      <w:r w:rsidRPr="00D566A2">
        <w:rPr>
          <w:rFonts w:ascii="ＭＳ 明朝" w:eastAsia="ＭＳ 明朝" w:hAnsi="ＭＳ 明朝"/>
          <w:sz w:val="20"/>
          <w:szCs w:val="20"/>
          <w:lang w:eastAsia="ja-JP"/>
        </w:rPr>
        <w:t>資金区分は該当するものを一つ選択し、「その他」を選択する場合は</w:t>
      </w:r>
      <w:r w:rsidR="00621564">
        <w:rPr>
          <w:rFonts w:ascii="ＭＳ 明朝" w:eastAsia="ＭＳ 明朝" w:hAnsi="ＭＳ 明朝" w:hint="eastAsia"/>
          <w:sz w:val="20"/>
          <w:szCs w:val="20"/>
          <w:lang w:eastAsia="ja-JP"/>
        </w:rPr>
        <w:t>括弧内</w:t>
      </w:r>
      <w:r w:rsidRPr="00D566A2">
        <w:rPr>
          <w:rFonts w:ascii="ＭＳ 明朝" w:eastAsia="ＭＳ 明朝" w:hAnsi="ＭＳ 明朝"/>
          <w:sz w:val="20"/>
          <w:szCs w:val="20"/>
          <w:lang w:eastAsia="ja-JP"/>
        </w:rPr>
        <w:t>に具体的な財源を記入してください。</w:t>
      </w:r>
    </w:p>
    <w:p w14:paraId="26045FAC" w14:textId="3BFAFB2C" w:rsidR="00732262" w:rsidRDefault="00AE0F3E">
      <w:pPr>
        <w:spacing w:after="120"/>
        <w:rPr>
          <w:rFonts w:ascii="ＭＳ 明朝" w:eastAsia="ＭＳ 明朝" w:hAnsi="ＭＳ 明朝"/>
          <w:lang w:eastAsia="ja-JP"/>
        </w:rPr>
      </w:pPr>
      <w:r w:rsidRPr="00AE0F3E">
        <w:rPr>
          <w:rFonts w:ascii="ＭＳ 明朝" w:eastAsia="ＭＳ 明朝" w:hAnsi="ＭＳ 明朝" w:hint="eastAsia"/>
          <w:lang w:eastAsia="ja-JP"/>
        </w:rPr>
        <w:t xml:space="preserve">　</w:t>
      </w:r>
    </w:p>
    <w:tbl>
      <w:tblPr>
        <w:tblpPr w:leftFromText="142" w:rightFromText="142" w:vertAnchor="page" w:horzAnchor="margin" w:tblpY="12262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3888"/>
      </w:tblGrid>
      <w:tr w:rsidR="00732262" w14:paraId="4FFCD7EE" w14:textId="77777777" w:rsidTr="00732262">
        <w:tc>
          <w:tcPr>
            <w:tcW w:w="2750" w:type="pct"/>
            <w:tcMar>
              <w:top w:w="200" w:type="dxa"/>
              <w:left w:w="0" w:type="dxa"/>
              <w:bottom w:w="80" w:type="dxa"/>
              <w:right w:w="0" w:type="dxa"/>
            </w:tcMar>
            <w:hideMark/>
          </w:tcPr>
          <w:p w14:paraId="5BEB5060" w14:textId="77777777" w:rsidR="00732262" w:rsidRDefault="00732262" w:rsidP="00732262">
            <w:pPr>
              <w:spacing w:after="0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</w:p>
        </w:tc>
        <w:tc>
          <w:tcPr>
            <w:tcW w:w="2250" w:type="pct"/>
            <w:tcMar>
              <w:top w:w="200" w:type="dxa"/>
              <w:left w:w="0" w:type="dxa"/>
              <w:bottom w:w="80" w:type="dxa"/>
              <w:right w:w="0" w:type="dxa"/>
            </w:tcMar>
            <w:hideMark/>
          </w:tcPr>
          <w:p w14:paraId="6D77546E" w14:textId="77777777" w:rsidR="00732262" w:rsidRDefault="00732262" w:rsidP="00732262">
            <w:pPr>
              <w:spacing w:after="6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理事長（旅行命令権者）承認欄</w:t>
            </w:r>
          </w:p>
          <w:p w14:paraId="15EEECD6" w14:textId="77777777" w:rsidR="00732262" w:rsidRDefault="00732262" w:rsidP="00732262">
            <w:pPr>
              <w:spacing w:after="6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署名：____________________</w:t>
            </w:r>
          </w:p>
          <w:p w14:paraId="0A007E60" w14:textId="77777777" w:rsidR="00732262" w:rsidRDefault="00732262" w:rsidP="00732262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日付：　　　年　　月　　日</w:t>
            </w:r>
          </w:p>
        </w:tc>
      </w:tr>
    </w:tbl>
    <w:p w14:paraId="4E37566A" w14:textId="7B245E8C" w:rsidR="00F007CB" w:rsidRDefault="00732262" w:rsidP="00732262">
      <w:pPr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/>
        </w:rPr>
        <w:br w:type="page"/>
      </w:r>
    </w:p>
    <w:p w14:paraId="2D8FC0BE" w14:textId="398CFC18" w:rsidR="004F1525" w:rsidRDefault="00984E6A" w:rsidP="00604510">
      <w:pPr>
        <w:spacing w:after="120"/>
        <w:rPr>
          <w:rFonts w:ascii="ＭＳ 明朝" w:eastAsia="ＭＳ 明朝" w:hAnsi="ＭＳ 明朝"/>
          <w:lang w:eastAsia="ja-JP"/>
        </w:rPr>
      </w:pPr>
      <w:r>
        <w:lastRenderedPageBreak/>
        <w:t>別記様式第</w:t>
      </w:r>
      <w:r>
        <w:rPr>
          <w:rFonts w:hint="eastAsia"/>
          <w:lang w:eastAsia="ja-JP"/>
        </w:rPr>
        <w:t>２</w:t>
      </w:r>
      <w:r>
        <w:t>号</w:t>
      </w:r>
      <w:r w:rsidR="00604510" w:rsidRPr="00106CD3">
        <w:rPr>
          <w:rFonts w:hAnsi="ＭＳ 明朝" w:hint="eastAsia"/>
          <w:lang w:eastAsia="ja-JP"/>
        </w:rPr>
        <w:t>（第</w:t>
      </w:r>
      <w:r w:rsidR="00604510">
        <w:rPr>
          <w:rFonts w:hAnsi="ＭＳ 明朝" w:hint="eastAsia"/>
          <w:lang w:eastAsia="ja-JP"/>
        </w:rPr>
        <w:t>７</w:t>
      </w:r>
      <w:r w:rsidR="00604510" w:rsidRPr="00106CD3">
        <w:rPr>
          <w:rFonts w:hAnsi="ＭＳ 明朝" w:hint="eastAsia"/>
          <w:lang w:eastAsia="ja-JP"/>
        </w:rPr>
        <w:t>条関係）</w:t>
      </w:r>
    </w:p>
    <w:p w14:paraId="7799DA3A" w14:textId="3E45587E" w:rsidR="00604510" w:rsidRPr="009A5E5F" w:rsidRDefault="00604510" w:rsidP="00604510">
      <w:pPr>
        <w:jc w:val="center"/>
        <w:rPr>
          <w:rFonts w:ascii="ＭＳ 明朝" w:eastAsia="ＭＳ 明朝" w:hAnsi="ＭＳ 明朝"/>
          <w:lang w:eastAsia="ja-JP"/>
        </w:rPr>
      </w:pPr>
      <w:r w:rsidRPr="009A5E5F">
        <w:rPr>
          <w:rFonts w:hAnsi="ＭＳ 明朝"/>
          <w:sz w:val="24"/>
          <w:szCs w:val="24"/>
          <w:lang w:eastAsia="ja-JP"/>
        </w:rPr>
        <w:t>出張報告書・復命書</w:t>
      </w:r>
    </w:p>
    <w:p w14:paraId="669F10BD" w14:textId="640671C5" w:rsidR="004F1525" w:rsidRDefault="004F1525" w:rsidP="00604510">
      <w:pPr>
        <w:spacing w:after="240" w:line="120" w:lineRule="auto"/>
        <w:rPr>
          <w:rFonts w:ascii="ＭＳ 明朝" w:eastAsia="ＭＳ 明朝" w:hAnsi="ＭＳ 明朝"/>
          <w:lang w:eastAsia="ja-JP"/>
        </w:rPr>
      </w:pPr>
    </w:p>
    <w:tbl>
      <w:tblPr>
        <w:tblW w:w="5098" w:type="pct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6947"/>
      </w:tblGrid>
      <w:tr w:rsidR="009A5E5F" w14:paraId="49E19C0B" w14:textId="77777777" w:rsidTr="00E60AA7">
        <w:trPr>
          <w:trHeight w:val="440"/>
        </w:trPr>
        <w:tc>
          <w:tcPr>
            <w:tcW w:w="10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B4C6F11" w14:textId="77777777" w:rsidR="009A5E5F" w:rsidRDefault="009A5E5F" w:rsidP="00A81E5B">
            <w:pPr>
              <w:spacing w:after="0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提出日</w:t>
            </w:r>
          </w:p>
        </w:tc>
        <w:tc>
          <w:tcPr>
            <w:tcW w:w="3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E4DCDEC" w14:textId="5F7259FB" w:rsidR="009A5E5F" w:rsidRDefault="009A5E5F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lang w:eastAsia="ja-JP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9A5E5F" w14:paraId="5E8DE50A" w14:textId="77777777" w:rsidTr="00E60AA7">
        <w:trPr>
          <w:trHeight w:val="440"/>
        </w:trPr>
        <w:tc>
          <w:tcPr>
            <w:tcW w:w="10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741034" w14:textId="790F69DF" w:rsidR="009A5E5F" w:rsidRDefault="009A5E5F" w:rsidP="00A81E5B">
            <w:pPr>
              <w:spacing w:after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氏名</w:t>
            </w:r>
          </w:p>
        </w:tc>
        <w:tc>
          <w:tcPr>
            <w:tcW w:w="3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552589" w14:textId="77777777" w:rsidR="009A5E5F" w:rsidRDefault="009A5E5F" w:rsidP="00A81E5B">
            <w:pPr>
              <w:spacing w:after="0"/>
              <w:rPr>
                <w:rFonts w:eastAsia="ＭＳ 明朝"/>
              </w:rPr>
            </w:pPr>
          </w:p>
        </w:tc>
      </w:tr>
      <w:tr w:rsidR="00A81E5B" w14:paraId="7F03AEFC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2C2C82" w14:textId="63C4E4F1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CB46141" w14:textId="1165EB61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A81E5B" w14:paraId="69CA5C7B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5CF87A" w14:textId="3BCFC946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出張期間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8B52E9F" w14:textId="3CACA442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自　　　年　月　日　～　至　　　年　月　日</w:t>
            </w:r>
          </w:p>
        </w:tc>
      </w:tr>
      <w:tr w:rsidR="00A81E5B" w14:paraId="1B8DBA59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34AC8E8" w14:textId="466B589E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出張先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70A272D" w14:textId="139FB01D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A81E5B" w14:paraId="3BD2939D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732A95F" w14:textId="1734FB4C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用務名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D986E76" w14:textId="22088152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A81E5B" w14:paraId="77A185B4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875B359" w14:textId="69E7DA40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資金区分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1A2E7E3" w14:textId="77777777" w:rsidR="00A81E5B" w:rsidRDefault="00A81E5B" w:rsidP="00A81E5B">
            <w:pPr>
              <w:spacing w:after="0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 xml:space="preserve">□ 運営資金　□ 科研費　□ 受託研究費　</w:t>
            </w:r>
          </w:p>
          <w:p w14:paraId="21A6CCC1" w14:textId="77777777" w:rsidR="00A81E5B" w:rsidRDefault="00A81E5B" w:rsidP="00A81E5B">
            <w:pPr>
              <w:spacing w:after="0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 xml:space="preserve">□ その他（　　　　　　　　　　　　　　　　　　　　　）　</w:t>
            </w:r>
          </w:p>
          <w:p w14:paraId="766E117B" w14:textId="7EACAE2D" w:rsidR="00A81E5B" w:rsidRDefault="00A81E5B" w:rsidP="00A81E5B">
            <w:pPr>
              <w:spacing w:after="0"/>
              <w:rPr>
                <w:rFonts w:eastAsia="ＭＳ 明朝"/>
                <w:lang w:eastAsia="ja-JP"/>
              </w:rPr>
            </w:pPr>
          </w:p>
        </w:tc>
      </w:tr>
      <w:tr w:rsidR="00A81E5B" w14:paraId="2C442CC7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A934B7F" w14:textId="6C403816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研究課題名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FC3F96A" w14:textId="76B48373" w:rsidR="00A81E5B" w:rsidRDefault="00A81E5B" w:rsidP="00A81E5B">
            <w:pPr>
              <w:spacing w:after="0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A81E5B" w14:paraId="093B9DF9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E769CE4" w14:textId="23FD9FFD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eastAsia="ＭＳ 明朝" w:hint="eastAsia"/>
                <w:lang w:eastAsia="ja-JP"/>
              </w:rPr>
              <w:t>研究代表者名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76DC56C" w14:textId="24D53F29" w:rsidR="00A81E5B" w:rsidRDefault="00A81E5B" w:rsidP="00A81E5B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A81E5B" w14:paraId="21DF6084" w14:textId="77777777" w:rsidTr="00E60AA7">
        <w:trPr>
          <w:trHeight w:val="786"/>
        </w:trPr>
        <w:tc>
          <w:tcPr>
            <w:tcW w:w="10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2815D9" w14:textId="36930901" w:rsidR="00A81E5B" w:rsidRDefault="00A81E5B" w:rsidP="00A81E5B">
            <w:pPr>
              <w:spacing w:after="0"/>
              <w:rPr>
                <w:rFonts w:eastAsia="ＭＳ 明朝"/>
                <w:lang w:eastAsia="ja-JP"/>
              </w:rPr>
            </w:pPr>
            <w:r>
              <w:t>出張内容の概要</w:t>
            </w:r>
          </w:p>
        </w:tc>
        <w:tc>
          <w:tcPr>
            <w:tcW w:w="39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DB0F1B" w14:textId="19391DCB" w:rsidR="00A81E5B" w:rsidRDefault="00A81E5B" w:rsidP="00A81E5B">
            <w:pPr>
              <w:spacing w:after="0"/>
              <w:rPr>
                <w:rFonts w:eastAsia="ＭＳ 明朝"/>
                <w:lang w:eastAsia="ja-JP"/>
              </w:rPr>
            </w:pPr>
          </w:p>
        </w:tc>
      </w:tr>
      <w:tr w:rsidR="00A81E5B" w:rsidRPr="00604527" w14:paraId="1528EB4A" w14:textId="77777777" w:rsidTr="00E60AA7">
        <w:trPr>
          <w:trHeight w:val="860"/>
        </w:trPr>
        <w:tc>
          <w:tcPr>
            <w:tcW w:w="10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929E55" w14:textId="4CB843AA" w:rsidR="00A81E5B" w:rsidRPr="00604527" w:rsidRDefault="00A81E5B" w:rsidP="00A81E5B">
            <w:pPr>
              <w:spacing w:after="0"/>
              <w:rPr>
                <w:rFonts w:eastAsia="ＭＳ 明朝"/>
                <w:lang w:eastAsia="ja-JP"/>
              </w:rPr>
            </w:pPr>
            <w:r w:rsidRPr="00604527">
              <w:rPr>
                <w:lang w:eastAsia="ja-JP"/>
              </w:rPr>
              <w:t>成果・結果</w:t>
            </w:r>
          </w:p>
        </w:tc>
        <w:tc>
          <w:tcPr>
            <w:tcW w:w="39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D0ED36" w14:textId="77777777" w:rsidR="00A81E5B" w:rsidRPr="00604527" w:rsidRDefault="00A81E5B" w:rsidP="00A81E5B">
            <w:pPr>
              <w:spacing w:after="0"/>
              <w:rPr>
                <w:rFonts w:eastAsia="ＭＳ 明朝"/>
              </w:rPr>
            </w:pPr>
          </w:p>
        </w:tc>
      </w:tr>
      <w:tr w:rsidR="009A5E5F" w:rsidRPr="00604527" w14:paraId="5CEF8AB1" w14:textId="77777777" w:rsidTr="00E60AA7">
        <w:trPr>
          <w:trHeight w:val="44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0745CE" w14:textId="36F2D1DD" w:rsidR="009A5E5F" w:rsidRPr="00604527" w:rsidRDefault="009A5E5F" w:rsidP="00A81E5B">
            <w:pPr>
              <w:spacing w:after="0"/>
              <w:rPr>
                <w:lang w:eastAsia="ja-JP"/>
              </w:rPr>
            </w:pPr>
            <w:r w:rsidRPr="00604527">
              <w:rPr>
                <w:lang w:eastAsia="ja-JP"/>
              </w:rPr>
              <w:t>添付資料</w:t>
            </w:r>
          </w:p>
        </w:tc>
        <w:tc>
          <w:tcPr>
            <w:tcW w:w="3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34DC55" w14:textId="58BA262F" w:rsidR="009A5E5F" w:rsidRPr="00604527" w:rsidRDefault="00E60AA7" w:rsidP="00E60AA7">
            <w:pPr>
              <w:spacing w:after="120" w:line="300" w:lineRule="auto"/>
              <w:rPr>
                <w:lang w:eastAsia="ja-JP"/>
              </w:rPr>
            </w:pPr>
            <w:r w:rsidRPr="00604527">
              <w:rPr>
                <w:rFonts w:asciiTheme="majorHAnsi" w:eastAsiaTheme="majorHAnsi" w:hAnsiTheme="majorHAnsi" w:hint="eastAsia"/>
                <w:lang w:eastAsia="ja-JP"/>
              </w:rPr>
              <w:t>□</w:t>
            </w:r>
            <w:r w:rsidRPr="00604527">
              <w:rPr>
                <w:rFonts w:asciiTheme="majorHAnsi" w:eastAsiaTheme="majorHAnsi" w:hAnsiTheme="majorHAnsi"/>
                <w:lang w:eastAsia="ja-JP"/>
              </w:rPr>
              <w:t xml:space="preserve"> </w:t>
            </w:r>
            <w:r w:rsidR="009A5E5F" w:rsidRPr="00604527">
              <w:rPr>
                <w:lang w:eastAsia="ja-JP"/>
              </w:rPr>
              <w:t xml:space="preserve">領収書　</w:t>
            </w:r>
            <w:r w:rsidR="001F2533" w:rsidRPr="00604527">
              <w:rPr>
                <w:rFonts w:asciiTheme="majorHAnsi" w:eastAsiaTheme="majorHAnsi" w:hAnsiTheme="majorHAnsi" w:hint="eastAsia"/>
                <w:lang w:eastAsia="ja-JP"/>
              </w:rPr>
              <w:t>□</w:t>
            </w:r>
            <w:r w:rsidRPr="00604527">
              <w:rPr>
                <w:rFonts w:asciiTheme="majorHAnsi" w:eastAsiaTheme="majorHAnsi" w:hAnsiTheme="majorHAnsi"/>
                <w:lang w:eastAsia="ja-JP"/>
              </w:rPr>
              <w:t xml:space="preserve"> </w:t>
            </w:r>
            <w:r w:rsidR="009A5E5F" w:rsidRPr="00604527">
              <w:rPr>
                <w:lang w:eastAsia="ja-JP"/>
              </w:rPr>
              <w:t xml:space="preserve">学会・会議資料　</w:t>
            </w:r>
            <w:r w:rsidR="001F2533" w:rsidRPr="00604527">
              <w:rPr>
                <w:rFonts w:asciiTheme="majorHAnsi" w:eastAsiaTheme="majorHAnsi" w:hAnsiTheme="majorHAnsi" w:hint="eastAsia"/>
                <w:lang w:eastAsia="ja-JP"/>
              </w:rPr>
              <w:t>□</w:t>
            </w:r>
            <w:r w:rsidRPr="00604527">
              <w:rPr>
                <w:rFonts w:asciiTheme="majorHAnsi" w:eastAsiaTheme="majorHAnsi" w:hAnsiTheme="majorHAnsi"/>
                <w:lang w:eastAsia="ja-JP"/>
              </w:rPr>
              <w:t xml:space="preserve"> </w:t>
            </w:r>
            <w:r w:rsidR="009A5E5F" w:rsidRPr="00604527">
              <w:rPr>
                <w:lang w:eastAsia="ja-JP"/>
              </w:rPr>
              <w:t xml:space="preserve">プログラム　</w:t>
            </w:r>
            <w:r w:rsidR="001F2533" w:rsidRPr="00604527">
              <w:rPr>
                <w:rFonts w:asciiTheme="majorHAnsi" w:eastAsiaTheme="majorHAnsi" w:hAnsiTheme="majorHAnsi" w:hint="eastAsia"/>
                <w:lang w:eastAsia="ja-JP"/>
              </w:rPr>
              <w:t>□</w:t>
            </w:r>
            <w:r w:rsidRPr="00604527">
              <w:rPr>
                <w:rFonts w:asciiTheme="majorHAnsi" w:eastAsiaTheme="majorHAnsi" w:hAnsiTheme="majorHAnsi"/>
                <w:lang w:eastAsia="ja-JP"/>
              </w:rPr>
              <w:t xml:space="preserve"> </w:t>
            </w:r>
            <w:r w:rsidR="00E510A9" w:rsidRPr="00604527">
              <w:rPr>
                <w:lang w:eastAsia="ja-JP"/>
              </w:rPr>
              <w:t>参加報告欄への記載（参加証等がない場合）</w:t>
            </w:r>
            <w:r w:rsidR="001F2533" w:rsidRPr="00604527">
              <w:rPr>
                <w:rFonts w:hint="eastAsia"/>
                <w:lang w:eastAsia="ja-JP"/>
              </w:rPr>
              <w:t xml:space="preserve">　</w:t>
            </w:r>
            <w:r w:rsidR="001F2533" w:rsidRPr="00604527">
              <w:rPr>
                <w:rFonts w:asciiTheme="majorHAnsi" w:eastAsiaTheme="majorHAnsi" w:hAnsiTheme="majorHAnsi" w:hint="eastAsia"/>
                <w:lang w:eastAsia="ja-JP"/>
              </w:rPr>
              <w:t>□</w:t>
            </w:r>
            <w:r w:rsidR="009A5E5F" w:rsidRPr="00604527">
              <w:rPr>
                <w:rFonts w:hint="eastAsia"/>
                <w:lang w:eastAsia="ja-JP"/>
              </w:rPr>
              <w:t>そ</w:t>
            </w:r>
            <w:r w:rsidR="009A5E5F" w:rsidRPr="00604527">
              <w:rPr>
                <w:lang w:eastAsia="ja-JP"/>
              </w:rPr>
              <w:t>の他</w:t>
            </w:r>
            <w:r w:rsidR="009A5E5F" w:rsidRPr="00604527">
              <w:rPr>
                <w:rFonts w:hint="eastAsia"/>
                <w:lang w:eastAsia="ja-JP"/>
              </w:rPr>
              <w:t>（　　　）</w:t>
            </w:r>
          </w:p>
          <w:p w14:paraId="1C0DEAA5" w14:textId="5BDEBB10" w:rsidR="009A5E5F" w:rsidRPr="00604527" w:rsidRDefault="009A5E5F" w:rsidP="009A5E5F">
            <w:pPr>
              <w:spacing w:after="60" w:line="288" w:lineRule="auto"/>
              <w:rPr>
                <w:rFonts w:ascii="ＭＳ 明朝" w:eastAsia="ＭＳ 明朝" w:hAnsi="ＭＳ 明朝"/>
                <w:lang w:eastAsia="ja-JP"/>
              </w:rPr>
            </w:pPr>
            <w:r w:rsidRPr="00604527"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 w:rsidRPr="00604527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添付資料は該当するものを選択し、「その他」を選択する場合は資料名を余白に明記してください。</w:t>
            </w:r>
          </w:p>
        </w:tc>
      </w:tr>
    </w:tbl>
    <w:p w14:paraId="46A4EE9B" w14:textId="77777777" w:rsidR="00946DE9" w:rsidRPr="00604527" w:rsidRDefault="00946DE9" w:rsidP="00946DE9">
      <w:pPr>
        <w:spacing w:line="20" w:lineRule="exact"/>
        <w:rPr>
          <w:lang w:eastAsia="ja-JP"/>
        </w:rPr>
      </w:pPr>
    </w:p>
    <w:p w14:paraId="5DD0B369" w14:textId="549ADEFA" w:rsidR="00B34745" w:rsidRPr="00604527" w:rsidRDefault="00B34745" w:rsidP="00312DD7">
      <w:pPr>
        <w:spacing w:line="240" w:lineRule="auto"/>
        <w:rPr>
          <w:lang w:eastAsia="ja-JP"/>
        </w:rPr>
      </w:pPr>
      <w:r w:rsidRPr="00604527">
        <w:rPr>
          <w:rFonts w:hint="eastAsia"/>
          <w:lang w:eastAsia="ja-JP"/>
        </w:rPr>
        <w:t>※</w:t>
      </w:r>
      <w:r w:rsidRPr="00604527">
        <w:rPr>
          <w:rFonts w:hint="eastAsia"/>
          <w:lang w:eastAsia="ja-JP"/>
        </w:rPr>
        <w:t xml:space="preserve"> </w:t>
      </w:r>
      <w:r w:rsidRPr="00604527">
        <w:rPr>
          <w:rFonts w:hint="eastAsia"/>
          <w:lang w:eastAsia="ja-JP"/>
        </w:rPr>
        <w:t>参加証・</w:t>
      </w:r>
      <w:r w:rsidR="00CC0CB2" w:rsidRPr="00604527">
        <w:rPr>
          <w:lang w:eastAsia="ja-JP"/>
        </w:rPr>
        <w:t>参加費領収書（参加を証明する書類）</w:t>
      </w:r>
      <w:r w:rsidRPr="00604527">
        <w:rPr>
          <w:rFonts w:hint="eastAsia"/>
          <w:lang w:eastAsia="ja-JP"/>
        </w:rPr>
        <w:t>が添付できない場合：以下の</w:t>
      </w:r>
      <w:r w:rsidR="00946DE9" w:rsidRPr="00604527">
        <w:rPr>
          <w:rFonts w:hint="eastAsia"/>
          <w:lang w:eastAsia="ja-JP"/>
        </w:rPr>
        <w:t>【参加報告欄】</w:t>
      </w:r>
      <w:r w:rsidRPr="00604527">
        <w:rPr>
          <w:rFonts w:hint="eastAsia"/>
          <w:lang w:eastAsia="ja-JP"/>
        </w:rPr>
        <w:t>に、</w:t>
      </w:r>
      <w:r w:rsidR="00946DE9" w:rsidRPr="00604527">
        <w:rPr>
          <w:lang w:eastAsia="ja-JP"/>
        </w:rPr>
        <w:t>出席の事実が具体的に確認できる</w:t>
      </w:r>
      <w:r w:rsidRPr="00604527">
        <w:rPr>
          <w:rFonts w:hint="eastAsia"/>
          <w:lang w:eastAsia="ja-JP"/>
        </w:rPr>
        <w:t>内容を詳しく記入してください。</w:t>
      </w:r>
      <w:r w:rsidR="00CC0CB2" w:rsidRPr="00604527">
        <w:rPr>
          <w:lang w:eastAsia="ja-JP"/>
        </w:rPr>
        <w:t>（お手元に参加証などの証明書類がある場合は</w:t>
      </w:r>
      <w:r w:rsidR="00CC0CB2" w:rsidRPr="00604527">
        <w:rPr>
          <w:b/>
          <w:bCs/>
          <w:color w:val="404040" w:themeColor="text1" w:themeTint="BF"/>
          <w:lang w:eastAsia="ja-JP"/>
        </w:rPr>
        <w:t>記入不要</w:t>
      </w:r>
      <w:r w:rsidR="00CC0CB2" w:rsidRPr="00604527">
        <w:rPr>
          <w:lang w:eastAsia="ja-JP"/>
        </w:rPr>
        <w:t>です）</w:t>
      </w:r>
    </w:p>
    <w:p w14:paraId="57E85220" w14:textId="5B2E4CFB" w:rsidR="00946DE9" w:rsidRPr="00604527" w:rsidRDefault="00946DE9" w:rsidP="00946DE9">
      <w:pPr>
        <w:spacing w:line="240" w:lineRule="auto"/>
        <w:rPr>
          <w:lang w:eastAsia="ja-JP"/>
        </w:rPr>
      </w:pPr>
      <w:r w:rsidRPr="00604527">
        <w:rPr>
          <w:rFonts w:hint="eastAsia"/>
          <w:lang w:eastAsia="ja-JP"/>
        </w:rPr>
        <w:t>【参加報告欄】</w:t>
      </w:r>
    </w:p>
    <w:tbl>
      <w:tblPr>
        <w:tblW w:w="50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5669"/>
      </w:tblGrid>
      <w:tr w:rsidR="00B34745" w:rsidRPr="00312DD7" w14:paraId="214C23CE" w14:textId="77777777" w:rsidTr="001F2533">
        <w:trPr>
          <w:trHeight w:val="440"/>
        </w:trPr>
        <w:tc>
          <w:tcPr>
            <w:tcW w:w="1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50F557E" w14:textId="7EF3D605" w:rsidR="00B34745" w:rsidRPr="00604527" w:rsidRDefault="00B34745" w:rsidP="005967C1">
            <w:pPr>
              <w:spacing w:after="0"/>
              <w:rPr>
                <w:rFonts w:asciiTheme="minorEastAsia" w:hAnsiTheme="minorEastAsia"/>
                <w:lang w:eastAsia="ja-JP"/>
              </w:rPr>
            </w:pPr>
            <w:r w:rsidRPr="00604527">
              <w:rPr>
                <w:rFonts w:asciiTheme="minorEastAsia" w:hAnsiTheme="minorEastAsia"/>
                <w:lang w:eastAsia="ja-JP"/>
              </w:rPr>
              <w:t>聴講した主なセッション・日時</w:t>
            </w:r>
          </w:p>
        </w:tc>
        <w:tc>
          <w:tcPr>
            <w:tcW w:w="3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79EBA5A" w14:textId="77777777" w:rsidR="00B34745" w:rsidRPr="00604527" w:rsidRDefault="00B34745" w:rsidP="005967C1">
            <w:pPr>
              <w:spacing w:after="0"/>
              <w:rPr>
                <w:rFonts w:asciiTheme="minorEastAsia" w:hAnsiTheme="minorEastAsia" w:cstheme="majorHAnsi"/>
                <w:color w:val="404040" w:themeColor="text1" w:themeTint="BF"/>
                <w:lang w:eastAsia="ja-JP"/>
              </w:rPr>
            </w:pPr>
            <w:r w:rsidRPr="00604527">
              <w:rPr>
                <w:rFonts w:asciiTheme="minorEastAsia" w:hAnsiTheme="minorEastAsia" w:cstheme="majorHAnsi"/>
                <w:color w:val="404040" w:themeColor="text1" w:themeTint="BF"/>
                <w:sz w:val="18"/>
                <w:szCs w:val="18"/>
              </w:rPr>
              <w:t>（例：7月10日 13:00〜14:30）</w:t>
            </w:r>
          </w:p>
          <w:p w14:paraId="784F9D22" w14:textId="513CE996" w:rsidR="00946DE9" w:rsidRPr="00604527" w:rsidRDefault="00946DE9" w:rsidP="005967C1">
            <w:pPr>
              <w:spacing w:after="0"/>
              <w:rPr>
                <w:rFonts w:asciiTheme="minorEastAsia" w:hAnsiTheme="minorEastAsia" w:cstheme="majorHAnsi"/>
                <w:color w:val="404040" w:themeColor="text1" w:themeTint="BF"/>
                <w:lang w:eastAsia="ja-JP"/>
              </w:rPr>
            </w:pPr>
          </w:p>
        </w:tc>
      </w:tr>
      <w:tr w:rsidR="00B34745" w:rsidRPr="00312DD7" w14:paraId="1822A35A" w14:textId="77777777" w:rsidTr="001F2533">
        <w:trPr>
          <w:trHeight w:val="440"/>
        </w:trPr>
        <w:tc>
          <w:tcPr>
            <w:tcW w:w="1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065275" w14:textId="699C7C1F" w:rsidR="00B34745" w:rsidRPr="00604527" w:rsidRDefault="00946DE9" w:rsidP="005967C1">
            <w:pPr>
              <w:spacing w:after="0"/>
              <w:rPr>
                <w:rFonts w:asciiTheme="minorEastAsia" w:hAnsiTheme="minorEastAsia"/>
              </w:rPr>
            </w:pPr>
            <w:r w:rsidRPr="00604527">
              <w:rPr>
                <w:rFonts w:asciiTheme="minorEastAsia" w:hAnsiTheme="minorEastAsia"/>
              </w:rPr>
              <w:lastRenderedPageBreak/>
              <w:t>発表者氏名・所属</w:t>
            </w:r>
          </w:p>
        </w:tc>
        <w:tc>
          <w:tcPr>
            <w:tcW w:w="3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1EC7C1" w14:textId="4A61D36A" w:rsidR="00B34745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</w:rPr>
              <w:t xml:space="preserve">（例：〇〇大学 </w:t>
            </w:r>
            <w:r w:rsidR="00312DD7" w:rsidRPr="00604527">
              <w:rPr>
                <w:rFonts w:ascii="Apple Color Emoji" w:hAnsi="Apple Color Emoji" w:cs="Apple Color Emoji" w:hint="eastAsia"/>
                <w:color w:val="404040" w:themeColor="text1" w:themeTint="BF"/>
                <w:sz w:val="18"/>
                <w:szCs w:val="18"/>
                <w:lang w:eastAsia="ja-JP"/>
              </w:rPr>
              <w:t>△△</w:t>
            </w:r>
            <w:r w:rsidRPr="00604527">
              <w:rPr>
                <w:rFonts w:asciiTheme="minorEastAsia" w:hAnsiTheme="minorEastAsia" w:hint="eastAsia"/>
                <w:color w:val="404040" w:themeColor="text1" w:themeTint="BF"/>
                <w:sz w:val="18"/>
                <w:szCs w:val="18"/>
                <w:lang w:eastAsia="ja-JP"/>
              </w:rPr>
              <w:t>教</w:t>
            </w: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</w:rPr>
              <w:t>授）</w:t>
            </w:r>
          </w:p>
          <w:p w14:paraId="6A9603F4" w14:textId="14CE7D27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</w:p>
        </w:tc>
      </w:tr>
      <w:tr w:rsidR="00B34745" w:rsidRPr="00312DD7" w14:paraId="7B35BFEC" w14:textId="77777777" w:rsidTr="001F2533">
        <w:trPr>
          <w:trHeight w:val="440"/>
        </w:trPr>
        <w:tc>
          <w:tcPr>
            <w:tcW w:w="1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E16E5E" w14:textId="5BA00D4B" w:rsidR="00B34745" w:rsidRPr="00604527" w:rsidRDefault="00946DE9" w:rsidP="005967C1">
            <w:pPr>
              <w:spacing w:after="0"/>
              <w:rPr>
                <w:rFonts w:asciiTheme="minorEastAsia" w:hAnsiTheme="minorEastAsia"/>
              </w:rPr>
            </w:pPr>
            <w:r w:rsidRPr="00604527">
              <w:rPr>
                <w:rFonts w:asciiTheme="minorEastAsia" w:hAnsiTheme="minorEastAsia"/>
              </w:rPr>
              <w:t>発表タイトル</w:t>
            </w:r>
          </w:p>
        </w:tc>
        <w:tc>
          <w:tcPr>
            <w:tcW w:w="3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C86DD74" w14:textId="5E66E231" w:rsidR="00B34745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  <w:t>（例：</w:t>
            </w:r>
            <w:r w:rsidR="00604527" w:rsidRPr="00604527">
              <w:rPr>
                <w:sz w:val="18"/>
                <w:szCs w:val="18"/>
                <w:lang w:eastAsia="ja-JP"/>
              </w:rPr>
              <w:t>光とブロックチェーンが紡ぐ時空の信頼</w:t>
            </w: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  <w:t>）</w:t>
            </w:r>
          </w:p>
          <w:p w14:paraId="7AA746B9" w14:textId="77777777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</w:pPr>
          </w:p>
          <w:p w14:paraId="7A53C83D" w14:textId="7EE10368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</w:pPr>
          </w:p>
        </w:tc>
      </w:tr>
      <w:tr w:rsidR="00B34745" w:rsidRPr="00312DD7" w14:paraId="5D572984" w14:textId="77777777" w:rsidTr="001F2533">
        <w:trPr>
          <w:trHeight w:val="440"/>
        </w:trPr>
        <w:tc>
          <w:tcPr>
            <w:tcW w:w="1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810B300" w14:textId="130D07DD" w:rsidR="00B34745" w:rsidRPr="00604527" w:rsidRDefault="00946DE9" w:rsidP="005967C1">
            <w:pPr>
              <w:spacing w:after="0"/>
              <w:rPr>
                <w:rFonts w:asciiTheme="minorEastAsia" w:hAnsiTheme="minorEastAsia"/>
                <w:lang w:eastAsia="ja-JP"/>
              </w:rPr>
            </w:pPr>
            <w:r w:rsidRPr="00604527">
              <w:rPr>
                <w:rFonts w:asciiTheme="minorEastAsia" w:hAnsiTheme="minorEastAsia"/>
                <w:lang w:eastAsia="ja-JP"/>
              </w:rPr>
              <w:t>具体的な議論・質疑応答の内容</w:t>
            </w:r>
          </w:p>
        </w:tc>
        <w:tc>
          <w:tcPr>
            <w:tcW w:w="3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6F64406" w14:textId="07438501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  <w:t>（例：現地では、〇〇という課題に対して〜〜という質問が出ており、講師は〜〜と回答していた。</w:t>
            </w: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</w:rPr>
              <w:t>）</w:t>
            </w:r>
          </w:p>
          <w:p w14:paraId="1EE64FEB" w14:textId="77777777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</w:p>
          <w:p w14:paraId="13AFE0FE" w14:textId="0F535956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</w:pPr>
          </w:p>
        </w:tc>
      </w:tr>
      <w:tr w:rsidR="00B34745" w14:paraId="32030DF7" w14:textId="77777777" w:rsidTr="001F2533">
        <w:trPr>
          <w:trHeight w:val="440"/>
        </w:trPr>
        <w:tc>
          <w:tcPr>
            <w:tcW w:w="1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3E0A476" w14:textId="7B5AA55F" w:rsidR="00B34745" w:rsidRPr="00604527" w:rsidRDefault="00946DE9" w:rsidP="005967C1">
            <w:pPr>
              <w:spacing w:after="0"/>
              <w:rPr>
                <w:rFonts w:asciiTheme="minorEastAsia" w:hAnsiTheme="minorEastAsia"/>
                <w:lang w:eastAsia="ja-JP"/>
              </w:rPr>
            </w:pPr>
            <w:r w:rsidRPr="00604527">
              <w:rPr>
                <w:rFonts w:asciiTheme="minorEastAsia" w:hAnsiTheme="minorEastAsia"/>
                <w:lang w:eastAsia="ja-JP"/>
              </w:rPr>
              <w:t>本研究への活用・得られた知見</w:t>
            </w:r>
          </w:p>
        </w:tc>
        <w:tc>
          <w:tcPr>
            <w:tcW w:w="3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1A385A4" w14:textId="0494AE2F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  <w:lang w:eastAsia="ja-JP"/>
              </w:rPr>
              <w:t>（例：当法人の〇〇プロジェクトにおいて、この手法を応用できる見込みである。</w:t>
            </w:r>
            <w:r w:rsidRPr="00604527">
              <w:rPr>
                <w:rFonts w:asciiTheme="minorEastAsia" w:hAnsiTheme="minorEastAsia"/>
                <w:color w:val="404040" w:themeColor="text1" w:themeTint="BF"/>
                <w:sz w:val="18"/>
                <w:szCs w:val="18"/>
              </w:rPr>
              <w:t>）</w:t>
            </w:r>
          </w:p>
          <w:p w14:paraId="10EADD6C" w14:textId="77777777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</w:p>
          <w:p w14:paraId="4DC2E24C" w14:textId="77777777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</w:p>
          <w:p w14:paraId="0C123835" w14:textId="54A69412" w:rsidR="00946DE9" w:rsidRPr="00604527" w:rsidRDefault="00946DE9" w:rsidP="005967C1">
            <w:pPr>
              <w:spacing w:after="0"/>
              <w:rPr>
                <w:rFonts w:asciiTheme="minorEastAsia" w:hAnsiTheme="minorEastAsia"/>
                <w:color w:val="404040" w:themeColor="text1" w:themeTint="BF"/>
                <w:lang w:eastAsia="ja-JP"/>
              </w:rPr>
            </w:pPr>
          </w:p>
        </w:tc>
      </w:tr>
    </w:tbl>
    <w:p w14:paraId="7ABB1CED" w14:textId="77777777" w:rsidR="00946DE9" w:rsidRDefault="00946DE9">
      <w:pPr>
        <w:rPr>
          <w:rFonts w:ascii="ＭＳ 明朝" w:eastAsia="ＭＳ 明朝" w:hAnsi="ＭＳ 明朝"/>
          <w:sz w:val="20"/>
          <w:szCs w:val="20"/>
          <w:lang w:eastAsia="ja-JP"/>
        </w:rPr>
      </w:pPr>
    </w:p>
    <w:p w14:paraId="7DD2CA94" w14:textId="4AD57A21" w:rsidR="002F0F67" w:rsidRPr="00604510" w:rsidRDefault="002F0F67">
      <w:pPr>
        <w:rPr>
          <w:sz w:val="20"/>
          <w:szCs w:val="20"/>
          <w:lang w:eastAsia="ja-JP"/>
        </w:rPr>
      </w:pPr>
      <w:r w:rsidRPr="00604510">
        <w:rPr>
          <w:rFonts w:ascii="ＭＳ 明朝" w:eastAsia="ＭＳ 明朝" w:hAnsi="ＭＳ 明朝" w:hint="eastAsia"/>
          <w:sz w:val="20"/>
          <w:szCs w:val="20"/>
          <w:lang w:eastAsia="ja-JP"/>
        </w:rPr>
        <w:t>確認手続：確認者（理事長又は指定者）は、報告内容および添付資料を確認したうえで署名してください。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0"/>
      </w:tblGrid>
      <w:tr w:rsidR="003E0034" w14:paraId="743779E4" w14:textId="77777777">
        <w:tc>
          <w:tcPr>
            <w:tcW w:w="2500" w:type="pct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2B668038" w14:textId="04950A75" w:rsidR="003E0034" w:rsidRDefault="003E0034" w:rsidP="009A5E5F">
            <w:pPr>
              <w:spacing w:after="0" w:line="360" w:lineRule="auto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報告者</w:t>
            </w:r>
          </w:p>
          <w:p w14:paraId="1651A6A8" w14:textId="77777777" w:rsidR="003E0034" w:rsidRDefault="003E0034" w:rsidP="009A5E5F">
            <w:pPr>
              <w:spacing w:after="0" w:line="360" w:lineRule="auto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署名：____________________</w:t>
            </w:r>
          </w:p>
          <w:p w14:paraId="55734B5A" w14:textId="77777777" w:rsidR="003E0034" w:rsidRDefault="003E0034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日付：　　　年　　月　　日</w:t>
            </w:r>
          </w:p>
        </w:tc>
        <w:tc>
          <w:tcPr>
            <w:tcW w:w="2500" w:type="pct"/>
            <w:tcMar>
              <w:top w:w="120" w:type="dxa"/>
              <w:left w:w="240" w:type="dxa"/>
              <w:bottom w:w="120" w:type="dxa"/>
              <w:right w:w="0" w:type="dxa"/>
            </w:tcMar>
            <w:hideMark/>
          </w:tcPr>
          <w:p w14:paraId="431EB11C" w14:textId="77777777" w:rsidR="003E0034" w:rsidRDefault="003E0034" w:rsidP="009A5E5F">
            <w:pPr>
              <w:spacing w:after="0" w:line="360" w:lineRule="auto"/>
              <w:rPr>
                <w:rFonts w:eastAsia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確認者（理事長又は指定者）</w:t>
            </w:r>
          </w:p>
          <w:p w14:paraId="0B7D4ADA" w14:textId="77777777" w:rsidR="003E0034" w:rsidRDefault="003E0034" w:rsidP="009A5E5F">
            <w:pPr>
              <w:spacing w:after="0" w:line="360" w:lineRule="auto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署名：____________________</w:t>
            </w:r>
          </w:p>
          <w:p w14:paraId="60AD5234" w14:textId="77777777" w:rsidR="003E0034" w:rsidRDefault="003E0034">
            <w:pPr>
              <w:spacing w:after="0"/>
              <w:rPr>
                <w:rFonts w:eastAsia="ＭＳ 明朝"/>
              </w:rPr>
            </w:pPr>
            <w:r>
              <w:rPr>
                <w:rFonts w:ascii="ＭＳ 明朝" w:eastAsia="ＭＳ 明朝" w:hAnsi="ＭＳ 明朝" w:hint="eastAsia"/>
              </w:rPr>
              <w:t>日付：　　　年　　月　　日</w:t>
            </w:r>
          </w:p>
        </w:tc>
      </w:tr>
    </w:tbl>
    <w:p w14:paraId="3F2EC723" w14:textId="759B2E7B" w:rsidR="004F1525" w:rsidRDefault="004F1525" w:rsidP="004C3F6F">
      <w:pPr>
        <w:rPr>
          <w:rFonts w:ascii="ＭＳ 明朝" w:eastAsia="ＭＳ 明朝" w:hAnsi="ＭＳ 明朝"/>
          <w:lang w:eastAsia="ja-JP"/>
        </w:rPr>
      </w:pPr>
    </w:p>
    <w:sectPr w:rsidR="004F1525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DE7B85" w14:textId="77777777" w:rsidR="00AF14C0" w:rsidRDefault="00AF14C0" w:rsidP="00FA34C6">
      <w:pPr>
        <w:spacing w:after="0" w:line="240" w:lineRule="auto"/>
      </w:pPr>
      <w:r>
        <w:separator/>
      </w:r>
    </w:p>
  </w:endnote>
  <w:endnote w:type="continuationSeparator" w:id="0">
    <w:p w14:paraId="0DDEA597" w14:textId="77777777" w:rsidR="00AF14C0" w:rsidRDefault="00AF14C0" w:rsidP="00FA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78B8F" w14:textId="77777777" w:rsidR="00FA34C6" w:rsidRPr="006F5E02" w:rsidRDefault="00FA34C6" w:rsidP="00FA34C6">
    <w:pPr>
      <w:pStyle w:val="a7"/>
      <w:ind w:firstLineChars="2150" w:firstLine="4515"/>
      <w:rPr>
        <w:sz w:val="21"/>
      </w:rPr>
    </w:pPr>
    <w:r w:rsidRPr="006F5E02">
      <w:rPr>
        <w:rFonts w:ascii="Yu Gothic" w:eastAsia="Yu Gothic" w:hAnsi="Yu Gothic" w:cs="Arial Unicode MS"/>
        <w:color w:val="000000"/>
        <w:sz w:val="21"/>
        <w:szCs w:val="24"/>
      </w:rPr>
      <w:t>特定非営利活動法人Old Teachers Network</w:t>
    </w:r>
  </w:p>
  <w:p w14:paraId="1754EF52" w14:textId="77777777" w:rsidR="00FA34C6" w:rsidRDefault="00FA34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D66AE" w14:textId="77777777" w:rsidR="00AF14C0" w:rsidRDefault="00AF14C0" w:rsidP="00FA34C6">
      <w:pPr>
        <w:spacing w:after="0" w:line="240" w:lineRule="auto"/>
      </w:pPr>
      <w:r>
        <w:separator/>
      </w:r>
    </w:p>
  </w:footnote>
  <w:footnote w:type="continuationSeparator" w:id="0">
    <w:p w14:paraId="5C65D45B" w14:textId="77777777" w:rsidR="00AF14C0" w:rsidRDefault="00AF14C0" w:rsidP="00FA3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832286"/>
    <w:multiLevelType w:val="hybridMultilevel"/>
    <w:tmpl w:val="64487AD2"/>
    <w:lvl w:ilvl="0" w:tplc="77CE742E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FA02714"/>
    <w:multiLevelType w:val="hybridMultilevel"/>
    <w:tmpl w:val="47BEBCD0"/>
    <w:lvl w:ilvl="0" w:tplc="AA003EBC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86095166">
    <w:abstractNumId w:val="8"/>
  </w:num>
  <w:num w:numId="2" w16cid:durableId="1816948687">
    <w:abstractNumId w:val="6"/>
  </w:num>
  <w:num w:numId="3" w16cid:durableId="636689345">
    <w:abstractNumId w:val="5"/>
  </w:num>
  <w:num w:numId="4" w16cid:durableId="1319650334">
    <w:abstractNumId w:val="4"/>
  </w:num>
  <w:num w:numId="5" w16cid:durableId="383531051">
    <w:abstractNumId w:val="7"/>
  </w:num>
  <w:num w:numId="6" w16cid:durableId="345400546">
    <w:abstractNumId w:val="3"/>
  </w:num>
  <w:num w:numId="7" w16cid:durableId="874585294">
    <w:abstractNumId w:val="2"/>
  </w:num>
  <w:num w:numId="8" w16cid:durableId="1604608050">
    <w:abstractNumId w:val="1"/>
  </w:num>
  <w:num w:numId="9" w16cid:durableId="1961303857">
    <w:abstractNumId w:val="0"/>
  </w:num>
  <w:num w:numId="10" w16cid:durableId="1313489445">
    <w:abstractNumId w:val="9"/>
  </w:num>
  <w:num w:numId="11" w16cid:durableId="152720694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F8E"/>
    <w:rsid w:val="000D1640"/>
    <w:rsid w:val="0015074B"/>
    <w:rsid w:val="001560C1"/>
    <w:rsid w:val="001F2533"/>
    <w:rsid w:val="00276FAB"/>
    <w:rsid w:val="0029639D"/>
    <w:rsid w:val="002F0F67"/>
    <w:rsid w:val="00312DD7"/>
    <w:rsid w:val="003259B0"/>
    <w:rsid w:val="00326F90"/>
    <w:rsid w:val="003D4F33"/>
    <w:rsid w:val="003E0034"/>
    <w:rsid w:val="00460806"/>
    <w:rsid w:val="004A1FC9"/>
    <w:rsid w:val="004F1525"/>
    <w:rsid w:val="004F5CEE"/>
    <w:rsid w:val="005D28FD"/>
    <w:rsid w:val="00604510"/>
    <w:rsid w:val="00604527"/>
    <w:rsid w:val="00621564"/>
    <w:rsid w:val="00732262"/>
    <w:rsid w:val="00733638"/>
    <w:rsid w:val="00767FD6"/>
    <w:rsid w:val="008A3E45"/>
    <w:rsid w:val="00946DE9"/>
    <w:rsid w:val="009826B1"/>
    <w:rsid w:val="00984E6A"/>
    <w:rsid w:val="009A5E5F"/>
    <w:rsid w:val="00A339AC"/>
    <w:rsid w:val="00A722D2"/>
    <w:rsid w:val="00A81E5B"/>
    <w:rsid w:val="00A87F31"/>
    <w:rsid w:val="00AA1D8D"/>
    <w:rsid w:val="00AE0F3E"/>
    <w:rsid w:val="00AF14C0"/>
    <w:rsid w:val="00B2407E"/>
    <w:rsid w:val="00B34745"/>
    <w:rsid w:val="00B47730"/>
    <w:rsid w:val="00B675A4"/>
    <w:rsid w:val="00C07FE1"/>
    <w:rsid w:val="00C24E63"/>
    <w:rsid w:val="00CB0664"/>
    <w:rsid w:val="00CC0CB2"/>
    <w:rsid w:val="00D566A2"/>
    <w:rsid w:val="00D700A9"/>
    <w:rsid w:val="00DA34ED"/>
    <w:rsid w:val="00DC5199"/>
    <w:rsid w:val="00E510A9"/>
    <w:rsid w:val="00E60AA7"/>
    <w:rsid w:val="00E80822"/>
    <w:rsid w:val="00F007CB"/>
    <w:rsid w:val="00FA34C6"/>
    <w:rsid w:val="00FC693F"/>
    <w:rsid w:val="00FD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8C478"/>
  <w14:defaultImageDpi w14:val="300"/>
  <w15:docId w15:val="{6FCB6DA3-9545-BB4D-ACA0-CAB5FD50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890</Words>
  <Characters>956</Characters>
  <Application>Microsoft Office Word</Application>
  <DocSecurity>0</DocSecurity>
  <Lines>109</Lines>
  <Paragraphs>64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【OTN】旅費規則別記様式</dc:title>
  <dc:subject/>
  <dc:creator/>
  <cp:keywords/>
  <dc:description>generated by python-docx</dc:description>
  <cp:lastModifiedBy>Kuniki Hase</cp:lastModifiedBy>
  <cp:revision>14</cp:revision>
  <dcterms:created xsi:type="dcterms:W3CDTF">2026-06-24T05:46:00Z</dcterms:created>
  <dcterms:modified xsi:type="dcterms:W3CDTF">2026-07-17T21:35:00Z</dcterms:modified>
  <cp:category/>
</cp:coreProperties>
</file>